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5C442" w14:textId="4A2BD7C4" w:rsidR="00640CEA" w:rsidRDefault="005A1536" w:rsidP="005A1536">
      <w:pPr>
        <w:jc w:val="center"/>
      </w:pPr>
      <w:r>
        <w:rPr>
          <w:noProof/>
        </w:rPr>
        <w:drawing>
          <wp:inline distT="0" distB="0" distL="0" distR="0" wp14:anchorId="0B342063" wp14:editId="2E7EC009">
            <wp:extent cx="5298776" cy="2447925"/>
            <wp:effectExtent l="0" t="0" r="0" b="0"/>
            <wp:docPr id="121175269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4527" cy="2473681"/>
                    </a:xfrm>
                    <a:prstGeom prst="rect">
                      <a:avLst/>
                    </a:prstGeom>
                    <a:noFill/>
                  </pic:spPr>
                </pic:pic>
              </a:graphicData>
            </a:graphic>
          </wp:inline>
        </w:drawing>
      </w:r>
    </w:p>
    <w:p w14:paraId="16054B8B" w14:textId="55C310DE" w:rsidR="005A1536" w:rsidRPr="005A1536" w:rsidRDefault="008D3898" w:rsidP="005A1536">
      <w:pPr>
        <w:pStyle w:val="Overskrift1"/>
        <w:spacing w:before="0"/>
        <w:rPr>
          <w:sz w:val="56"/>
          <w:szCs w:val="56"/>
          <w:lang w:val="nb-NO"/>
        </w:rPr>
      </w:pPr>
      <w:r w:rsidRPr="005A1536">
        <w:rPr>
          <w:sz w:val="56"/>
          <w:szCs w:val="56"/>
          <w:lang w:val="nb-NO"/>
        </w:rPr>
        <w:t>Master</w:t>
      </w:r>
      <w:r w:rsidR="005A1536" w:rsidRPr="005A1536">
        <w:rPr>
          <w:sz w:val="56"/>
          <w:szCs w:val="56"/>
          <w:lang w:val="nb-NO"/>
        </w:rPr>
        <w:t xml:space="preserve">grad i kunstgress med </w:t>
      </w:r>
      <w:r w:rsidR="005A1536">
        <w:rPr>
          <w:sz w:val="56"/>
          <w:szCs w:val="56"/>
          <w:lang w:val="nb-NO"/>
        </w:rPr>
        <w:t xml:space="preserve">             NIBIO og NFF                             </w:t>
      </w:r>
    </w:p>
    <w:p w14:paraId="6F4A7D81" w14:textId="41BA9F0B" w:rsidR="005A1536" w:rsidRPr="005A1536" w:rsidRDefault="005A1536" w:rsidP="005A1536">
      <w:pPr>
        <w:jc w:val="both"/>
        <w:rPr>
          <w:b/>
          <w:bCs/>
          <w:sz w:val="28"/>
          <w:szCs w:val="28"/>
          <w:lang w:val="nb-NO"/>
        </w:rPr>
      </w:pPr>
      <w:r w:rsidRPr="005A1536">
        <w:rPr>
          <w:b/>
          <w:bCs/>
          <w:sz w:val="28"/>
          <w:szCs w:val="28"/>
          <w:lang w:val="nb-NO"/>
        </w:rPr>
        <w:t xml:space="preserve">Kunstgress er ryggraden i norsk fotball. Sammen utvikler vi biobaserte alternativer til gummigranulat og </w:t>
      </w:r>
      <w:proofErr w:type="gramStart"/>
      <w:r w:rsidRPr="005A1536">
        <w:rPr>
          <w:b/>
          <w:bCs/>
          <w:sz w:val="28"/>
          <w:szCs w:val="28"/>
          <w:lang w:val="nb-NO"/>
        </w:rPr>
        <w:t>robuste</w:t>
      </w:r>
      <w:proofErr w:type="gramEnd"/>
      <w:r w:rsidRPr="005A1536">
        <w:rPr>
          <w:b/>
          <w:bCs/>
          <w:sz w:val="28"/>
          <w:szCs w:val="28"/>
          <w:lang w:val="nb-NO"/>
        </w:rPr>
        <w:t xml:space="preserve"> vinterløsninger som kutter utslipp og bevarer spillkvaliteten</w:t>
      </w:r>
    </w:p>
    <w:p w14:paraId="30A787B4" w14:textId="5C22C6A2" w:rsidR="005A1536" w:rsidRPr="005A1536" w:rsidRDefault="005A1536" w:rsidP="005A1536">
      <w:pPr>
        <w:jc w:val="both"/>
        <w:rPr>
          <w:sz w:val="28"/>
          <w:szCs w:val="28"/>
          <w:lang w:val="nb-NO"/>
        </w:rPr>
      </w:pPr>
      <w:r w:rsidRPr="005A1536">
        <w:rPr>
          <w:sz w:val="28"/>
          <w:szCs w:val="28"/>
          <w:lang w:val="nb-NO"/>
        </w:rPr>
        <w:t xml:space="preserve">Utviklingen av bærekraftige </w:t>
      </w:r>
      <w:proofErr w:type="spellStart"/>
      <w:r w:rsidRPr="005A1536">
        <w:rPr>
          <w:sz w:val="28"/>
          <w:szCs w:val="28"/>
          <w:lang w:val="nb-NO"/>
        </w:rPr>
        <w:t>ifyllmaterialer</w:t>
      </w:r>
      <w:proofErr w:type="spellEnd"/>
      <w:r w:rsidRPr="005A1536">
        <w:rPr>
          <w:sz w:val="28"/>
          <w:szCs w:val="28"/>
          <w:lang w:val="nb-NO"/>
        </w:rPr>
        <w:t xml:space="preserve"> til kunstgressbaner er et sentralt tema i overgangen bort fra plastbaserte løsninger. NIBIO og NFF samarbeider tett om å undersøke hvordan biobaserte alternativer påvirker </w:t>
      </w:r>
      <w:r w:rsidRPr="005A1536">
        <w:rPr>
          <w:sz w:val="28"/>
          <w:szCs w:val="28"/>
          <w:lang w:val="nb-NO"/>
        </w:rPr>
        <w:t>spillkvalitet</w:t>
      </w:r>
      <w:r w:rsidRPr="005A1536">
        <w:rPr>
          <w:sz w:val="28"/>
          <w:szCs w:val="28"/>
          <w:lang w:val="nb-NO"/>
        </w:rPr>
        <w:t>, miljøavtrykk og levetid. Arbeidet omfatter laboratorietesting, materialkarakterisering, målinger av elastisitet og fuktrespons, samt analyser av biologisk nedbrytning og mikroplastreduksjon. Prosjektene gir viktig kunnskap som bidrar til tryggere, mer sirkulære og framtidsrettede fotballbaner i Norge.</w:t>
      </w:r>
    </w:p>
    <w:p w14:paraId="18559F1C" w14:textId="56E3E12D" w:rsidR="000C30C7" w:rsidRPr="005A1536" w:rsidRDefault="005A1536">
      <w:pPr>
        <w:rPr>
          <w:sz w:val="28"/>
          <w:szCs w:val="28"/>
          <w:lang w:val="nb-NO"/>
        </w:rPr>
      </w:pPr>
      <w:r w:rsidRPr="005A1536">
        <w:rPr>
          <w:b/>
          <w:bCs/>
          <w:sz w:val="28"/>
          <w:szCs w:val="28"/>
          <w:lang w:val="nb-NO"/>
        </w:rPr>
        <w:t xml:space="preserve">Kontakt: </w:t>
      </w:r>
      <w:r>
        <w:rPr>
          <w:b/>
          <w:bCs/>
          <w:sz w:val="28"/>
          <w:szCs w:val="28"/>
          <w:lang w:val="nb-NO"/>
        </w:rPr>
        <w:t>Erik Larnøy</w:t>
      </w:r>
    </w:p>
    <w:p w14:paraId="530E6756" w14:textId="38392DF3" w:rsidR="000C30C7" w:rsidRPr="005A1536" w:rsidRDefault="005A1536">
      <w:pPr>
        <w:rPr>
          <w:sz w:val="28"/>
          <w:szCs w:val="28"/>
          <w:lang w:val="nb-NO"/>
        </w:rPr>
      </w:pPr>
      <w:hyperlink r:id="rId9" w:history="1">
        <w:r w:rsidRPr="008F1C94">
          <w:rPr>
            <w:rStyle w:val="Hyperkobling"/>
            <w:sz w:val="28"/>
            <w:szCs w:val="28"/>
            <w:lang w:val="nb-NO"/>
          </w:rPr>
          <w:t>erik.larnoy@nibio.no</w:t>
        </w:r>
      </w:hyperlink>
    </w:p>
    <w:p w14:paraId="3A7D2FD7" w14:textId="34BC6125" w:rsidR="005A1536" w:rsidRPr="005A1536" w:rsidRDefault="005A1536" w:rsidP="005A1536">
      <w:pPr>
        <w:rPr>
          <w:sz w:val="28"/>
          <w:szCs w:val="28"/>
          <w:lang w:val="nb-NO"/>
        </w:rPr>
      </w:pPr>
      <w:r w:rsidRPr="005A1536">
        <w:rPr>
          <w:sz w:val="28"/>
          <w:szCs w:val="28"/>
          <w:lang w:val="nb-NO"/>
        </w:rPr>
        <w:t xml:space="preserve">Telefon: </w:t>
      </w:r>
      <w:r>
        <w:rPr>
          <w:sz w:val="28"/>
          <w:szCs w:val="28"/>
          <w:lang w:val="nb-NO"/>
        </w:rPr>
        <w:t>92262657</w:t>
      </w:r>
    </w:p>
    <w:sectPr w:rsidR="005A1536" w:rsidRPr="005A1536" w:rsidSect="00034616">
      <w:headerReference w:type="default"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08EEE" w14:textId="77777777" w:rsidR="0065213B" w:rsidRDefault="0065213B" w:rsidP="000C30C7">
      <w:pPr>
        <w:spacing w:after="0" w:line="240" w:lineRule="auto"/>
      </w:pPr>
      <w:r>
        <w:separator/>
      </w:r>
    </w:p>
  </w:endnote>
  <w:endnote w:type="continuationSeparator" w:id="0">
    <w:p w14:paraId="276009A7" w14:textId="77777777" w:rsidR="0065213B" w:rsidRDefault="0065213B" w:rsidP="000C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4A68" w14:textId="066DEA1A" w:rsidR="000C30C7" w:rsidRDefault="005A1536" w:rsidP="005A1536">
    <w:pPr>
      <w:pStyle w:val="Bunntekst"/>
    </w:pPr>
    <w:r>
      <w:rPr>
        <w:noProof/>
      </w:rPr>
      <w:drawing>
        <wp:inline distT="0" distB="0" distL="0" distR="0" wp14:anchorId="0F52C050" wp14:editId="66F55512">
          <wp:extent cx="847725" cy="847725"/>
          <wp:effectExtent l="0" t="0" r="9525" b="9525"/>
          <wp:docPr id="747454832" name="Bilde 5" descr="Et bilde som inneholder logo, symbol, Varemerk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54832" name="Bilde 5" descr="Et bilde som inneholder logo, symbol, Varemerke, Font&#10;&#10;KI-generert innhold kan være f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000C30C7">
      <w:rPr>
        <w:noProof/>
      </w:rPr>
      <w:drawing>
        <wp:inline distT="0" distB="0" distL="0" distR="0" wp14:anchorId="0799D6E8" wp14:editId="163CDAB6">
          <wp:extent cx="1085215" cy="1183186"/>
          <wp:effectExtent l="0" t="0" r="635" b="0"/>
          <wp:docPr id="329384296" name="Bilde 2"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53622" name="Bilde 2" descr="Et bilde som inneholder tekst, Font, logo, Grafikk&#10;&#10;KI-generert innhold kan være feil."/>
                  <pic:cNvPicPr/>
                </pic:nvPicPr>
                <pic:blipFill>
                  <a:blip r:embed="rId2"/>
                  <a:stretch>
                    <a:fillRect/>
                  </a:stretch>
                </pic:blipFill>
                <pic:spPr>
                  <a:xfrm>
                    <a:off x="0" y="0"/>
                    <a:ext cx="1110979" cy="12112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E25E5" w14:textId="77777777" w:rsidR="0065213B" w:rsidRDefault="0065213B" w:rsidP="000C30C7">
      <w:pPr>
        <w:spacing w:after="0" w:line="240" w:lineRule="auto"/>
      </w:pPr>
      <w:r>
        <w:separator/>
      </w:r>
    </w:p>
  </w:footnote>
  <w:footnote w:type="continuationSeparator" w:id="0">
    <w:p w14:paraId="11909371" w14:textId="77777777" w:rsidR="0065213B" w:rsidRDefault="0065213B" w:rsidP="000C3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9E53" w14:textId="003B86FA" w:rsidR="000C30C7" w:rsidRDefault="000C30C7">
    <w:pPr>
      <w:pStyle w:val="Topptekst"/>
    </w:pPr>
  </w:p>
  <w:p w14:paraId="53F7E066" w14:textId="77777777" w:rsidR="000C30C7" w:rsidRDefault="000C30C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merertliste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e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e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merertliste"/>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e"/>
      <w:lvlText w:val=""/>
      <w:lvlJc w:val="left"/>
      <w:pPr>
        <w:tabs>
          <w:tab w:val="num" w:pos="360"/>
        </w:tabs>
        <w:ind w:left="360" w:hanging="360"/>
      </w:pPr>
      <w:rPr>
        <w:rFonts w:ascii="Symbol" w:hAnsi="Symbol" w:hint="default"/>
      </w:rPr>
    </w:lvl>
  </w:abstractNum>
  <w:num w:numId="1" w16cid:durableId="1100487351">
    <w:abstractNumId w:val="8"/>
  </w:num>
  <w:num w:numId="2" w16cid:durableId="1862425980">
    <w:abstractNumId w:val="6"/>
  </w:num>
  <w:num w:numId="3" w16cid:durableId="2140024341">
    <w:abstractNumId w:val="5"/>
  </w:num>
  <w:num w:numId="4" w16cid:durableId="180702963">
    <w:abstractNumId w:val="4"/>
  </w:num>
  <w:num w:numId="5" w16cid:durableId="2110851315">
    <w:abstractNumId w:val="7"/>
  </w:num>
  <w:num w:numId="6" w16cid:durableId="1167475975">
    <w:abstractNumId w:val="3"/>
  </w:num>
  <w:num w:numId="7" w16cid:durableId="975988022">
    <w:abstractNumId w:val="2"/>
  </w:num>
  <w:num w:numId="8" w16cid:durableId="306277430">
    <w:abstractNumId w:val="1"/>
  </w:num>
  <w:num w:numId="9" w16cid:durableId="1151798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C30C7"/>
    <w:rsid w:val="0015074B"/>
    <w:rsid w:val="0029639D"/>
    <w:rsid w:val="00326F90"/>
    <w:rsid w:val="00503256"/>
    <w:rsid w:val="005A1536"/>
    <w:rsid w:val="00640CEA"/>
    <w:rsid w:val="0065213B"/>
    <w:rsid w:val="00894784"/>
    <w:rsid w:val="008D3898"/>
    <w:rsid w:val="00AA1D8D"/>
    <w:rsid w:val="00B47730"/>
    <w:rsid w:val="00C97C79"/>
    <w:rsid w:val="00CB0664"/>
    <w:rsid w:val="00D55C8C"/>
    <w:rsid w:val="00D74970"/>
    <w:rsid w:val="00E44D0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039236"/>
  <w14:defaultImageDpi w14:val="300"/>
  <w15:docId w15:val="{00A1343A-DBA8-4479-B7DF-95018FE8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Overskrift1">
    <w:name w:val="heading 1"/>
    <w:basedOn w:val="Normal"/>
    <w:next w:val="Normal"/>
    <w:link w:val="Overskrift1Teg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618BF"/>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E618BF"/>
  </w:style>
  <w:style w:type="paragraph" w:styleId="Bunntekst">
    <w:name w:val="footer"/>
    <w:basedOn w:val="Normal"/>
    <w:link w:val="BunntekstTegn"/>
    <w:uiPriority w:val="99"/>
    <w:unhideWhenUsed/>
    <w:rsid w:val="00E618BF"/>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E618BF"/>
  </w:style>
  <w:style w:type="paragraph" w:styleId="Ingenmellomrom">
    <w:name w:val="No Spacing"/>
    <w:uiPriority w:val="1"/>
    <w:qFormat/>
    <w:rsid w:val="00FC693F"/>
    <w:pPr>
      <w:spacing w:after="0" w:line="240" w:lineRule="auto"/>
    </w:pPr>
  </w:style>
  <w:style w:type="character" w:customStyle="1" w:styleId="Overskrift1Tegn">
    <w:name w:val="Overskrift 1 Tegn"/>
    <w:basedOn w:val="Standardskriftforavsnitt"/>
    <w:link w:val="Oversk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FC693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FC693F"/>
    <w:rPr>
      <w:rFonts w:asciiTheme="majorHAnsi" w:eastAsiaTheme="majorEastAsia" w:hAnsiTheme="majorHAnsi" w:cstheme="majorBidi"/>
      <w:b/>
      <w:bCs/>
      <w:color w:val="4F81BD" w:themeColor="accent1"/>
    </w:rPr>
  </w:style>
  <w:style w:type="paragraph" w:styleId="Tittel">
    <w:name w:val="Title"/>
    <w:basedOn w:val="Normal"/>
    <w:next w:val="Normal"/>
    <w:link w:val="TittelTeg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FC693F"/>
    <w:rPr>
      <w:rFonts w:asciiTheme="majorHAnsi" w:eastAsiaTheme="majorEastAsia" w:hAnsiTheme="majorHAnsi" w:cstheme="majorBidi"/>
      <w:i/>
      <w:iCs/>
      <w:color w:val="4F81BD" w:themeColor="accent1"/>
      <w:spacing w:val="15"/>
      <w:sz w:val="24"/>
      <w:szCs w:val="24"/>
    </w:rPr>
  </w:style>
  <w:style w:type="paragraph" w:styleId="Listeavsnitt">
    <w:name w:val="List Paragraph"/>
    <w:basedOn w:val="Normal"/>
    <w:uiPriority w:val="34"/>
    <w:qFormat/>
    <w:rsid w:val="00FC693F"/>
    <w:pPr>
      <w:ind w:left="720"/>
      <w:contextualSpacing/>
    </w:pPr>
  </w:style>
  <w:style w:type="paragraph" w:styleId="Brdtekst">
    <w:name w:val="Body Text"/>
    <w:basedOn w:val="Normal"/>
    <w:link w:val="BrdtekstTegn"/>
    <w:uiPriority w:val="99"/>
    <w:unhideWhenUsed/>
    <w:rsid w:val="00AA1D8D"/>
    <w:pPr>
      <w:spacing w:after="120"/>
    </w:pPr>
  </w:style>
  <w:style w:type="character" w:customStyle="1" w:styleId="BrdtekstTegn">
    <w:name w:val="Brødtekst Tegn"/>
    <w:basedOn w:val="Standardskriftforavsnitt"/>
    <w:link w:val="Brdtekst"/>
    <w:uiPriority w:val="99"/>
    <w:rsid w:val="00AA1D8D"/>
  </w:style>
  <w:style w:type="paragraph" w:styleId="Brdtekst2">
    <w:name w:val="Body Text 2"/>
    <w:basedOn w:val="Normal"/>
    <w:link w:val="Brdtekst2Tegn"/>
    <w:uiPriority w:val="99"/>
    <w:unhideWhenUsed/>
    <w:rsid w:val="00AA1D8D"/>
    <w:pPr>
      <w:spacing w:after="120" w:line="480" w:lineRule="auto"/>
    </w:pPr>
  </w:style>
  <w:style w:type="character" w:customStyle="1" w:styleId="Brdtekst2Tegn">
    <w:name w:val="Brødtekst 2 Tegn"/>
    <w:basedOn w:val="Standardskriftforavsnitt"/>
    <w:link w:val="Brdtekst2"/>
    <w:uiPriority w:val="99"/>
    <w:rsid w:val="00AA1D8D"/>
  </w:style>
  <w:style w:type="paragraph" w:styleId="Brdtekst3">
    <w:name w:val="Body Text 3"/>
    <w:basedOn w:val="Normal"/>
    <w:link w:val="Brdtekst3Tegn"/>
    <w:uiPriority w:val="99"/>
    <w:unhideWhenUsed/>
    <w:rsid w:val="00AA1D8D"/>
    <w:pPr>
      <w:spacing w:after="120"/>
    </w:pPr>
    <w:rPr>
      <w:sz w:val="16"/>
      <w:szCs w:val="16"/>
    </w:rPr>
  </w:style>
  <w:style w:type="character" w:customStyle="1" w:styleId="Brdtekst3Tegn">
    <w:name w:val="Brødtekst 3 Tegn"/>
    <w:basedOn w:val="Standardskriftforavsnitt"/>
    <w:link w:val="Brdtekst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Punktliste">
    <w:name w:val="List Bullet"/>
    <w:basedOn w:val="Normal"/>
    <w:uiPriority w:val="99"/>
    <w:unhideWhenUsed/>
    <w:rsid w:val="00326F90"/>
    <w:pPr>
      <w:numPr>
        <w:numId w:val="1"/>
      </w:numPr>
      <w:contextualSpacing/>
    </w:pPr>
  </w:style>
  <w:style w:type="paragraph" w:styleId="Punktliste2">
    <w:name w:val="List Bullet 2"/>
    <w:basedOn w:val="Normal"/>
    <w:uiPriority w:val="99"/>
    <w:unhideWhenUsed/>
    <w:rsid w:val="00326F90"/>
    <w:pPr>
      <w:numPr>
        <w:numId w:val="2"/>
      </w:numPr>
      <w:contextualSpacing/>
    </w:pPr>
  </w:style>
  <w:style w:type="paragraph" w:styleId="Punktliste3">
    <w:name w:val="List Bullet 3"/>
    <w:basedOn w:val="Normal"/>
    <w:uiPriority w:val="99"/>
    <w:unhideWhenUsed/>
    <w:rsid w:val="00326F90"/>
    <w:pPr>
      <w:numPr>
        <w:numId w:val="3"/>
      </w:numPr>
      <w:contextualSpacing/>
    </w:pPr>
  </w:style>
  <w:style w:type="paragraph" w:styleId="Nummerertliste">
    <w:name w:val="List Number"/>
    <w:basedOn w:val="Normal"/>
    <w:uiPriority w:val="99"/>
    <w:unhideWhenUsed/>
    <w:rsid w:val="00326F90"/>
    <w:pPr>
      <w:numPr>
        <w:numId w:val="5"/>
      </w:numPr>
      <w:contextualSpacing/>
    </w:pPr>
  </w:style>
  <w:style w:type="paragraph" w:styleId="Nummerertliste2">
    <w:name w:val="List Number 2"/>
    <w:basedOn w:val="Normal"/>
    <w:uiPriority w:val="99"/>
    <w:unhideWhenUsed/>
    <w:rsid w:val="0029639D"/>
    <w:pPr>
      <w:numPr>
        <w:numId w:val="6"/>
      </w:numPr>
      <w:contextualSpacing/>
    </w:pPr>
  </w:style>
  <w:style w:type="paragraph" w:styleId="Nummerertliste3">
    <w:name w:val="List Number 3"/>
    <w:basedOn w:val="Normal"/>
    <w:uiPriority w:val="99"/>
    <w:unhideWhenUsed/>
    <w:rsid w:val="0029639D"/>
    <w:pPr>
      <w:numPr>
        <w:numId w:val="7"/>
      </w:numPr>
      <w:contextualSpacing/>
    </w:pPr>
  </w:style>
  <w:style w:type="paragraph" w:styleId="Liste-forts">
    <w:name w:val="List Continue"/>
    <w:basedOn w:val="Normal"/>
    <w:uiPriority w:val="99"/>
    <w:unhideWhenUsed/>
    <w:rsid w:val="0029639D"/>
    <w:pPr>
      <w:spacing w:after="120"/>
      <w:ind w:left="360"/>
      <w:contextualSpacing/>
    </w:pPr>
  </w:style>
  <w:style w:type="paragraph" w:styleId="Liste-forts2">
    <w:name w:val="List Continue 2"/>
    <w:basedOn w:val="Normal"/>
    <w:uiPriority w:val="99"/>
    <w:unhideWhenUsed/>
    <w:rsid w:val="0029639D"/>
    <w:pPr>
      <w:spacing w:after="120"/>
      <w:ind w:left="720"/>
      <w:contextualSpacing/>
    </w:pPr>
  </w:style>
  <w:style w:type="paragraph" w:styleId="Liste-forts3">
    <w:name w:val="List Continue 3"/>
    <w:basedOn w:val="Normal"/>
    <w:uiPriority w:val="99"/>
    <w:unhideWhenUsed/>
    <w:rsid w:val="0029639D"/>
    <w:pPr>
      <w:spacing w:after="120"/>
      <w:ind w:left="1080"/>
      <w:contextualSpacing/>
    </w:pPr>
  </w:style>
  <w:style w:type="paragraph" w:styleId="Makrotekst">
    <w:name w:val="macro"/>
    <w:link w:val="MakrotekstTeg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kstTegn">
    <w:name w:val="Makrotekst Tegn"/>
    <w:basedOn w:val="Standardskriftforavsnitt"/>
    <w:link w:val="Makrotekst"/>
    <w:uiPriority w:val="99"/>
    <w:rsid w:val="0029639D"/>
    <w:rPr>
      <w:rFonts w:ascii="Courier" w:hAnsi="Courier"/>
      <w:sz w:val="20"/>
      <w:szCs w:val="20"/>
    </w:rPr>
  </w:style>
  <w:style w:type="paragraph" w:styleId="Sitat">
    <w:name w:val="Quote"/>
    <w:basedOn w:val="Normal"/>
    <w:next w:val="Normal"/>
    <w:link w:val="SitatTegn"/>
    <w:uiPriority w:val="29"/>
    <w:qFormat/>
    <w:rsid w:val="00FC693F"/>
    <w:rPr>
      <w:i/>
      <w:iCs/>
      <w:color w:val="000000" w:themeColor="text1"/>
    </w:rPr>
  </w:style>
  <w:style w:type="character" w:customStyle="1" w:styleId="SitatTegn">
    <w:name w:val="Sitat Tegn"/>
    <w:basedOn w:val="Standardskriftforavsnitt"/>
    <w:link w:val="Sitat"/>
    <w:uiPriority w:val="29"/>
    <w:rsid w:val="00FC693F"/>
    <w:rPr>
      <w:i/>
      <w:iCs/>
      <w:color w:val="000000" w:themeColor="text1"/>
    </w:rPr>
  </w:style>
  <w:style w:type="character" w:customStyle="1" w:styleId="Overskrift4Tegn">
    <w:name w:val="Overskrift 4 Tegn"/>
    <w:basedOn w:val="Standardskriftforavsnitt"/>
    <w:link w:val="Overskrift4"/>
    <w:uiPriority w:val="9"/>
    <w:semiHidden/>
    <w:rsid w:val="00FC693F"/>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FC693F"/>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FC693F"/>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FC693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FC693F"/>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erk">
    <w:name w:val="Strong"/>
    <w:basedOn w:val="Standardskriftforavsnitt"/>
    <w:uiPriority w:val="22"/>
    <w:qFormat/>
    <w:rsid w:val="00FC693F"/>
    <w:rPr>
      <w:b/>
      <w:bCs/>
    </w:rPr>
  </w:style>
  <w:style w:type="character" w:styleId="Utheving">
    <w:name w:val="Emphasis"/>
    <w:basedOn w:val="Standardskriftforavsnitt"/>
    <w:uiPriority w:val="20"/>
    <w:qFormat/>
    <w:rsid w:val="00FC693F"/>
    <w:rPr>
      <w:i/>
      <w:iCs/>
    </w:rPr>
  </w:style>
  <w:style w:type="paragraph" w:styleId="Sterktsitat">
    <w:name w:val="Intense Quote"/>
    <w:basedOn w:val="Normal"/>
    <w:next w:val="Normal"/>
    <w:link w:val="SterktsitatTeg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C693F"/>
    <w:rPr>
      <w:b/>
      <w:bCs/>
      <w:i/>
      <w:iCs/>
      <w:color w:val="4F81BD" w:themeColor="accent1"/>
    </w:rPr>
  </w:style>
  <w:style w:type="character" w:styleId="Svakutheving">
    <w:name w:val="Subtle Emphasis"/>
    <w:basedOn w:val="Standardskriftforavsnitt"/>
    <w:uiPriority w:val="19"/>
    <w:qFormat/>
    <w:rsid w:val="00FC693F"/>
    <w:rPr>
      <w:i/>
      <w:iCs/>
      <w:color w:val="808080" w:themeColor="text1" w:themeTint="7F"/>
    </w:rPr>
  </w:style>
  <w:style w:type="character" w:styleId="Sterkutheving">
    <w:name w:val="Intense Emphasis"/>
    <w:basedOn w:val="Standardskriftforavsnitt"/>
    <w:uiPriority w:val="21"/>
    <w:qFormat/>
    <w:rsid w:val="00FC693F"/>
    <w:rPr>
      <w:b/>
      <w:bCs/>
      <w:i/>
      <w:iCs/>
      <w:color w:val="4F81BD" w:themeColor="accent1"/>
    </w:rPr>
  </w:style>
  <w:style w:type="character" w:styleId="Svakreferanse">
    <w:name w:val="Subtle Reference"/>
    <w:basedOn w:val="Standardskriftforavsnitt"/>
    <w:uiPriority w:val="31"/>
    <w:qFormat/>
    <w:rsid w:val="00FC693F"/>
    <w:rPr>
      <w:smallCaps/>
      <w:color w:val="C0504D" w:themeColor="accent2"/>
      <w:u w:val="single"/>
    </w:rPr>
  </w:style>
  <w:style w:type="character" w:styleId="Sterkreferanse">
    <w:name w:val="Intense Reference"/>
    <w:basedOn w:val="Standardskriftforavsnitt"/>
    <w:uiPriority w:val="32"/>
    <w:qFormat/>
    <w:rsid w:val="00FC693F"/>
    <w:rPr>
      <w:b/>
      <w:bCs/>
      <w:smallCaps/>
      <w:color w:val="C0504D" w:themeColor="accent2"/>
      <w:spacing w:val="5"/>
      <w:u w:val="single"/>
    </w:rPr>
  </w:style>
  <w:style w:type="character" w:styleId="Boktittel">
    <w:name w:val="Book Title"/>
    <w:basedOn w:val="Standardskriftforavsnitt"/>
    <w:uiPriority w:val="33"/>
    <w:qFormat/>
    <w:rsid w:val="00FC693F"/>
    <w:rPr>
      <w:b/>
      <w:bCs/>
      <w:smallCaps/>
      <w:spacing w:val="5"/>
    </w:rPr>
  </w:style>
  <w:style w:type="paragraph" w:styleId="Overskriftforinnholdsfortegnelse">
    <w:name w:val="TOC Heading"/>
    <w:basedOn w:val="Overskrift1"/>
    <w:next w:val="Normal"/>
    <w:uiPriority w:val="39"/>
    <w:semiHidden/>
    <w:unhideWhenUsed/>
    <w:qFormat/>
    <w:rsid w:val="00FC693F"/>
    <w:pPr>
      <w:outlineLvl w:val="9"/>
    </w:pPr>
  </w:style>
  <w:style w:type="table" w:styleId="Tabellrutenett">
    <w:name w:val="Table Grid"/>
    <w:basedOn w:val="Vanlig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legginguthevingsfarge5">
    <w:name w:val="Light Shading Accent 5"/>
    <w:basedOn w:val="Vanlig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liste">
    <w:name w:val="Light List"/>
    <w:basedOn w:val="Vanlig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uthevingsfarge2">
    <w:name w:val="Light List Accent 2"/>
    <w:basedOn w:val="Vanlig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uthevingsfarge3">
    <w:name w:val="Light List Accent 3"/>
    <w:basedOn w:val="Vanlig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uthevingsfarge4">
    <w:name w:val="Light List Accent 4"/>
    <w:basedOn w:val="Vanlig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5">
    <w:name w:val="Light List Accent 5"/>
    <w:basedOn w:val="Vanlig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trutenett">
    <w:name w:val="Light Grid"/>
    <w:basedOn w:val="Vanlig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rutenettuthevingsfarge3">
    <w:name w:val="Light Grid Accent 3"/>
    <w:basedOn w:val="Vanlig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rutenettuthevingsfarge4">
    <w:name w:val="Light Grid Accent 4"/>
    <w:basedOn w:val="Vanlig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rutenettuthevingsfarge5">
    <w:name w:val="Light Grid Accent 5"/>
    <w:basedOn w:val="Vanlig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ddelsskyggelegging1">
    <w:name w:val="Medium Shading 1"/>
    <w:basedOn w:val="Vanlig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
    <w:name w:val="Medium List 1"/>
    <w:basedOn w:val="Vanlig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liste1uthevingsfarge2">
    <w:name w:val="Medium List 1 Accent 2"/>
    <w:basedOn w:val="Vanlig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ddelsliste1uthevingsfarge3">
    <w:name w:val="Medium List 1 Accent 3"/>
    <w:basedOn w:val="Vanlig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liste1uthevingsfarge4">
    <w:name w:val="Medium List 1 Accent 4"/>
    <w:basedOn w:val="Vanlig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ddelsliste1uthevingsfarge5">
    <w:name w:val="Medium List 1 Accent 5"/>
    <w:basedOn w:val="Vanlig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ddelsliste2">
    <w:name w:val="Medium List 2"/>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rutenett1uthevingsfarge2">
    <w:name w:val="Medium Grid 1 Accent 2"/>
    <w:basedOn w:val="Vanlig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ddelsrutenett1uthevingsfarge3">
    <w:name w:val="Medium Grid 1 Accent 3"/>
    <w:basedOn w:val="Vanlig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4">
    <w:name w:val="Medium Grid 1 Accent 4"/>
    <w:basedOn w:val="Vanlig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5">
    <w:name w:val="Medium Grid 1 Accent 5"/>
    <w:basedOn w:val="Vanlig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ddelsrutenett2">
    <w:name w:val="Medium Grid 2"/>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ddelsrutenett3uthevingsfarge2">
    <w:name w:val="Medium Grid 3 Accent 2"/>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ddelsrutenett3uthevingsfarge3">
    <w:name w:val="Medium Grid 3 Accent 3"/>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ddelsrutenett3uthevingsfarge4">
    <w:name w:val="Medium Grid 3 Accent 4"/>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ddelsrutenett3uthevingsfarge5">
    <w:name w:val="Medium Grid 3 Accent 5"/>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3uthevingsfarge6">
    <w:name w:val="Medium Grid 3 Accent 6"/>
    <w:basedOn w:val="Vanlig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e">
    <w:name w:val="Dark List"/>
    <w:basedOn w:val="Vanlig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uthevingsfarge2">
    <w:name w:val="Dark List Accent 2"/>
    <w:basedOn w:val="Vanlig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uthevingsfarge3">
    <w:name w:val="Dark List Accent 3"/>
    <w:basedOn w:val="Vanlig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uthevingsfarge4">
    <w:name w:val="Dark List Accent 4"/>
    <w:basedOn w:val="Vanlig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uthevingsfarge5">
    <w:name w:val="Dark List Accent 5"/>
    <w:basedOn w:val="Vanlig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gerikskyggelegging">
    <w:name w:val="Colorful Shading"/>
    <w:basedOn w:val="Vanlig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gerikskyggelegginguthevingsfarge4">
    <w:name w:val="Colorful Shading Accent 4"/>
    <w:basedOn w:val="Vanlig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gerikliste">
    <w:name w:val="Colorful List"/>
    <w:basedOn w:val="Vanlig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geriklisteuthevingsfarge2">
    <w:name w:val="Colorful List Accent 2"/>
    <w:basedOn w:val="Vanlig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geriklisteuthevingsfarge3">
    <w:name w:val="Colorful List Accent 3"/>
    <w:basedOn w:val="Vanlig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geriklisteuthevingsfarge4">
    <w:name w:val="Colorful List Accent 4"/>
    <w:basedOn w:val="Vanlig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geriklisteuthevingsfarge5">
    <w:name w:val="Colorful List Accent 5"/>
    <w:basedOn w:val="Vanlig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geriktrutenett">
    <w:name w:val="Colorful Grid"/>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geriktrutenettuthevingsfarge2">
    <w:name w:val="Colorful Grid Accent 2"/>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geriktrutenettuthevingsfarge3">
    <w:name w:val="Colorful Grid Accent 3"/>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geriktrutenettuthevingsfarge4">
    <w:name w:val="Colorful Grid Accent 4"/>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geriktrutenettuthevingsfarge5">
    <w:name w:val="Colorful Grid Accent 5"/>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kobling">
    <w:name w:val="Hyperlink"/>
    <w:basedOn w:val="Standardskriftforavsnitt"/>
    <w:uiPriority w:val="99"/>
    <w:unhideWhenUsed/>
    <w:rsid w:val="000C30C7"/>
    <w:rPr>
      <w:color w:val="0000FF" w:themeColor="hyperlink"/>
      <w:u w:val="single"/>
    </w:rPr>
  </w:style>
  <w:style w:type="character" w:styleId="Ulstomtale">
    <w:name w:val="Unresolved Mention"/>
    <w:basedOn w:val="Standardskriftforavsnitt"/>
    <w:uiPriority w:val="99"/>
    <w:semiHidden/>
    <w:unhideWhenUsed/>
    <w:rsid w:val="000C3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rik.larnoy@nibio.n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Words>
  <Characters>785</Characters>
  <Application>Microsoft Office Word</Application>
  <DocSecurity>0</DocSecurity>
  <Lines>31</Lines>
  <Paragraphs>12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Erik Larnøy</cp:lastModifiedBy>
  <cp:revision>2</cp:revision>
  <dcterms:created xsi:type="dcterms:W3CDTF">2026-02-09T12:43:00Z</dcterms:created>
  <dcterms:modified xsi:type="dcterms:W3CDTF">2026-02-09T12:43:00Z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3fa23f72-8b7d-44ea-a02f-1e9e67150c90</vt:lpwstr>
  </property>
</Properties>
</file>